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חג הסיגד ואת משמעות חידוש הברית בהקשר ההיסטורי והקהילתי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מרכזיים של החג ולפרש את הסמלים שבהם (הר, לבן, אבן, אורית)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תחבירי ומילות קישור בטקסט עיוני ולשפר דיוק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מנומקת וקוהרנטית סביב רעיון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מקור החג ומשמעות הברית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מקור החג ומשמעות הברית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מפורשות שהחג מהדהד את המעמד המתואר בימי עזרא ונחמיה.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שברית איננה אירוע חד-פעמי אלא מחויבות שיש לרענן.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מקור החג ומשמעות הברית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מקור החג ומשמעות הברית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(התחייבות מחודשת לשמור על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שמייחד את הקהילה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(פעולה שמעצבת את ההווה, לא רק שימור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(נמשכת כל עוד יש מי שמחדש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(סבים, הורים וילדים עומדים יחד באותו 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ההר: קסים, אורית וגעז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 התורה של הקהילה, כתוב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ההר: קסים, אורית וגעז – זיהוי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שהלבוש הלבן ביטא טוהר והתחדשות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מנהגי ההר: קסים, אורית וגעז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מנהגי ההר: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(שפת הקודש העתיקה)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(שפת היומיום שאליה תורגמו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(סמל לענווה ולחרטה)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ותחביר: מילות קישור במאמר העיוני – זיהוי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 או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של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או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הוספת טיעון מחזק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ותחביר: מילות קישור במאמר העיוני – התאמת מילת קישור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 או ויתור בין שני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(קשר של 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(השוואה בין שני מצבים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(הוספת טיעון המחזק את הקודם)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(הסקת מסקנה מהנאמר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(ציון מקור הקביעה או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ותחביר: מילות קישור במאמר העיוני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שהמילה מוסיפה טיעון חדש וחזק על הקודם, ומראה שהכותב בונה נימוקים בשכבות: לא רק חידוש ברית אלא גם חיבור בין דורות.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הביטוי מסמן שהמידע מבוסס על מסורת שבעל פה ולא על תיעוד היסטורי ודאי, ומעניק לטקסט זהירות ואמינות מדודה.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ד, ג, ב,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להעריך לפי שימוש נכון בלפחות שתי מילות קישור (למשל 'בדומה לכך', 'ולכן') ולפי הסבר עניני המבוסס על התוכן: שני המקרים כוללים התכנסות, שמיעת התורה והתחייבות מחודשת.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בישראל היום: המשכיות ושינוי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טיילת בירושלים מול הנוף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לובשים לבן ומחזיקים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בישראל היום: המשכיות ושינוי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גרים בישראל, והחלום הישן להגיע לירושלים התגשם לרבים.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פרט שמוזכר בתיאור החגיגה בטיילת.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בישראל היום: המשכיות ושינוי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סיגד בישראל היום: המשכיות ושינוי –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(טיילת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(בגדים לבנים ומטריות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(הגעה בפועל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(קהל רב מכל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כתיבת פסקת טיעון – הכרה עם רעיון הטקסט ומבנה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זהות נבנית מתוך בחירה חוזרת ומסורת חיה כשמחדשים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שמביע עמדה או דעה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להסביר ולבסס מדוע הטענה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כתיבת פסקת טיעון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שברית היא מחויבות שיש לרענן, ולכן חוזרים אליה מדי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שסבים, הורים וילדים עומדים יחד ואומרים את אותן 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כתיבת פסקת טיעון – השלמת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כתיבת פסקת טיעון – זיהוי 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(עמדה או רעיון שרוצים לשכנע בו את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המבסס מדוע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(מקרה קונקרטי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(סיכום שחוזר אל הטענה ומחזק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להוביל את התפילה ולקרוא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בגעז, ותרגמו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מחויבות שצריך לרענן מדי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הדורות השונים עומדים יחד ואומרים אותן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להציג עמדה ולבסס אותה בנימוקים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התחייבות מחודשת למצוות ולזיכרון קולקטיבי, בדומה למעמד עזרא ונחמיה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שפת הקודש (געז) לשפת התקשורת (אמהרית) ומסבירה את תפקיד התיווך של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מילת קישור קונקרטית מהטקסט ומסבירה את תפקידה בקישור בין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2-3 שיעורים: שיעור ראשון לפרקים 1-2, שני לפרק 3, שלישי לפרקים 4-5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בטקסטים של מסלול עולים חדשים כהכנה לפני הטקסט העיוני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הציגו את המסורות בלשון 'לפי המסורת' ו'בני הקהילה מספרים', והימנעו מהכללות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בכתיבת פסקת הטיעון אפשר לתת לבחור בין נושא אישי לנושא כללי, כדי לאפשר רמות שונות של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החוברת לפי סדר הפרקים, החל מהיכרות עם מקור החג וכלה בכתיבת פסקת הטיעון. קראו כל טקסט פעמיים – פעם ראשונה להבנה כללית ופעם שנייה לאיתור פרטים – ורק אז ענו על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מקור החג ומשמעות הברית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חל חג הסיגד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 ואסיף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נדודים וגלות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אחרי יום הכיפורים חל הסיגד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מקור החג ומשמעות הברית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קובע שהסיגד מהדהד את מעמד חידוש הברית בימי עזרא ונחמיה.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ברית היא אירוע חד-פעמי שאינו חוזר על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מקור החג ומשמעות הברית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ברית איננה אירוע חד-פעמי אלא __________ שיש לרענן מדי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החזרה השנתית אל אותו טקס יוצרת __________ בין הדורות השונים בקהילה.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מקור החג ומשמעות הברית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נמשכת כל עוד יש מי שמחדש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התחייבות מחודשת לשמור על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שמייחד את הקהילה לאורך הדורות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סבים, הורים וילדים עומדים יחד באותו 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רצף בין דורות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פעולה שמעצבת את ההווה, לא רק שימור 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מנהגי ההר: קסים, אורית וגעז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ההר שאליו עלו בני הקהילה,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של הקהילה, כתוב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עממי אתיופי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יום הכיפורים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מנהגי ההר: קסים, אורית וגעז – זיהוי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המתפללים לבשו בגדים לבנים כסמל לטוהר ולהתחדשות.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מנהגי ההר: קסים, אורית וגעז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העולים להר צעדו ה__________, מנהיגי הקהילה הדתיים.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שפת הקודש העתיקה שבה כתובה האורית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מכיוון שרוב המתפללים לא הבינו געז, הקסים תרגמו את הדברים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מנהגי ההר: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היומיום שאליה תורגמו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לענווה ולחרטה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הקודש העתיקה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 על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 הקהילה הדתיים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לשון ותחביר: מילות קישור במאמר העיוני – זיהוי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על הקהילה שהייתה מנותקת 'ובכל זאת שמרה על זהות יהודית' - מה מביעה מילת הקישור 'ובכל זאת'?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או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'החג חל חמישים יום אחרי יום הכיפורים, ולכן הוא נתפס כהשלמה' - מה מביעה המילה 'ולכן'?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 של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'בדומה לכך, בסיגד מתכנסת הקהילה כולה' - מה מביעה 'בדומה לכך'?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או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'יתרה מזו, החזרה השנתית יוצרת רצף בין הדורות' - מה מביעה 'יתרה מזו'?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טיעון מחזק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סתירה לקודם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לשון ותחביר: מילות קישור במאמר העיוני – התאמת מילת קישור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הסקת מסקנה מהנאמר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 או ויתור בין שני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בדומה לכך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הוספת טיעון המחזק את הקודם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 מזו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ציון מקור הקביעה או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מכאן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 של סיבה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לפי המסורת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בין שני מצבים דומים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לשון ותחביר: מילות קישור במאמר העיוני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תורמת מילת הקישור 'יתרה מזו' לבניית הטיעון על רציפות הדורות בפסקה הראשונה.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האפקט של החזרה על הביטוי 'לפי המסורת' בשני הטקסטים העיוניים?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סדר הופעתם במאמר הראשון: (א) מסקנה על זהות הנבנית מבחירה חוזרת (ב) תיאור העלייה אל ההר (ג) הצגת רעיון חידוש הברית (ד) זיהוי הסיגד כביטוי לזהות הקהילה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קטע קצר (3-4 משפטים) המסביר מדוע הכותב מקשר בין הסיגד לבין חידוש הברית בימי עזרא ונחמיה, תוך שימוש בשתי מילות קישור לפחות מתוך הרשימה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סיגד בישראל היום: המשכיות ושינוי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מתקיימת כיום החגיגה המרכזית של הסיגד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בטיילת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מחליף כיום את ההר הגבוה שעלו אליו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טיילת בירושלים מול הנוף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איצטדיון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הקסים בחגיגה בירושלים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לובשים לבן ומחזיקים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לובשים שחור ומחזיקים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יושבים בצד ולא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לכולם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התפילה בחגיגה המודרנית?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ורוקדים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חוזרים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הצום ממשיך עוד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שוב על 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סיגד בישראל היום: המשכיות ושינוי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קהילת ביתא ישראל גרים באתיופיה ומגיעים לביקור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בחגיגה בירושלים הקסים מחזיקים 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סיגד בישראל היום: המשכיות ושינוי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הקֵּסים מחזיקים __________ צבעוניות כשהם מובילים את התפילה בטיילת.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החלום הישן של הקהילה להגיע ל__________ התגשם לרבים כיום.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סיגד בישראל היום: המשכיות ושינוי –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 גבוה באתיופיה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בגדים לבנים ומטריות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בגדים לבנים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טיילת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געגועים לירושלים מרחוק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קהל רב מכל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 קטנה בכפר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הגעה בפועל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כתיבת פסקת טיעון – הכרה עם רעיון הטקסט ומבנה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הקטע 'ברית שמתחדשת: זהות וזיכרון', מהו הרעיון המרכזי שהטקסט 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 נבנית מתוך בחירה חוזרת ומסורת חיה כשמחדשים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לשכוח את העבר כדי להתקדם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נחתמת פעם אחת ולתמיד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היא עניין פרטי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'טענה'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שמביע עמדה או דעה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תפקידו של ה'נימוק'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ולבסס מדוע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בדיוק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דעה נגדית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כתיבת פסקת טיעון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ברית היא אירוע חד-פעמי שאין צורך לחדש אותו מדי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השנתית על טקס הסיגד, לפי הטקסט, יוצרת רצף בין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כתיבת פסקת טיעון – השלמת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פסקת טיעון בנויה בדרך כלל מארבעה חלקים: טענה, נימוק, __________ ומסקנה.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זהות קהילת ביתא ישראל נבנית מתוך __________ חוזרת ולא מאירוע חד-פעמי.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כתיבת פסקת טיעון – זיהוי 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סיכום שחוזר אל הטענה ומחזק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מקרה קונקרטי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המבסס מדוע הטענה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עמדה או רעיון שרוצים לשכנע בו את הקורא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צום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לפי המסורת מסמל ההר שאליו עלו בני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תפקידם של הקסים בטקס שעל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 את הסעודה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את התפילה ולקרוא מן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בתופים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הגבולות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שפה כתובה האורית, ולאיזו שפה תרגמו אותה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בעברית, ותרגמו לערבית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בגעז, ותרגמו לאמהרית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באמהרית, ותרגמו לגעז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בארמית, ותרגמו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הרעיון המרכזי שהטקסט העיוני מבקש להעביר לגבי 'חידוש ברית'?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אירוע חד-פעמי שאינו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מחויבות שצריך לרענן מדי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ללא משמעות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שנעלם עם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כיצד לדברי הטקסט תורם הסיגד לרצף שבין הדורות?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דור חוגג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הדורות השונים עומדים יחד ואומרים אותן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 אינם משתתפים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המסורת משתנה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המטרה של פסקת טיעון כפי שמקובל לכתוב בחלק ג׳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עמדה ולבסס אותה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רשימת מילים חשובות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מהי משמעות 'חידוש הברית' בסיגד?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את תפקידם של הקסים ואת משמעות השימוש בגעז ובאמהרית?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מילות קישור בטקסט ולהשתמש בהן נכון בכתיבה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