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מקור חג הסיגד ואת משמעות חידוש הברית בהקשר ההיסטורי והקהילתי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מרכזיים של החג ולפרש את הסמלים שבהם (הר, לבן, אבן, אורית)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תחבירי ומילות קישור בטקסט עיוני ולשפר דיוק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מנומקת וקוהרנטית סביב רעיון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מקור החג ומשמעות הברית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 וסגידה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מקור החג ומשמעות הברית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מפורשות שהחג מהדהד את המעמד המתואר בימי עזרא ונחמיה.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במפורש שברית איננה אירוע חד-פעמי אלא מחויבות שיש לרענן.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מקור החג ומשמעות הברית – יישום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מקור החג ומשמעות הברית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(התחייבות מחודשת לשמור על המצוות)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שמייחד את הקהילה לאורך הדורות)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(פעולה שמעצבת את ההווה, לא רק שימור 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(נמשכת כל עוד יש מי שמחדש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מנהגי ההר: קסים, אורית וגעז – הבנה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 התורה של הקהילה, כתוב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מנהגי ההר: קסים, אורית וגעז – זיהוי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שהלבוש הלבן ביטא טוהר והתחדשות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מנהגי ההר: קסים, אורית וגעז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מנהגי ההר: קסים, אורית וגעז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(שפת הקודש העתיקה)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(שפת היומיום שאליה תורגמו הדברים)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לשון ותחביר: מילות קישור במאמר העיוני – זיהוי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ניגוד או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קשר של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השוואה או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לשון ותחביר: מילות קישור במאמר העיוני – התאמת מילת קישור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(ניגוד או ויתור בין שני רעיונות)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(קשר של סיבה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בין שני מצבים דומים)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(הוספת טיעון המחזק את הקודם)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לשון ותחביר: מילות קישור במאמר העיוני – ניתוח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סיגד בישראל היום: המשכיות ושינוי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בטיילת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טיילת בירושלים מול הנוף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לובשים לבן ומחזיקים מטריות צבעוניות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סיגד בישראל היום: המשכיות ושינוי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רוב בני הקהילה גרים בישראל, והחלום הישן להגיע לירושלים התגשם לרבים.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פרט שמוזכר בתיאור החגיגה בטיילת.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סיגד בישראל היום: המשכיות ושינוי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סיגד בישראל היום: המשכיות ושינוי – אז והיום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(טיילת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(בגדים לבנים ומטריות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(הגעה בפועל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(קהל רב מכל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כתיבת פסקת טיעון – הכרה עם רעיון הטקסט ומבנה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זהות נבנית מתוך בחירה חוזרת ומסורת חיה כשמחדשים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שמביע עמדה או דעה שרוצים לשכנע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כתיבת פסקת טיעון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שברית היא מחויבות שיש לרענן, ולכן חוזרים אליה מדי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שסבים, הורים וילדים עומדים יחד ואומרים את אותן 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כתיבת פסקת טיעון – השלמת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כתיבת פסקת טיעון – זיהוי 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(עמדה או רעיון שרוצים לשכנע בו את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המבסס מדוע הטענה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(מקרה קונקרטי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(סיכום שחוזר אל הטענה ומחזק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התחייבות מחודשת למצוות ולזיכרון קולקטיבי, בדומה למעמד עזרא ונחמיה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בין שפת הקודש (געז) לשפת התקשורת (אמהרית) ומסבירה את תפקיד התיווך של הקסים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מצביעה על מילת קישור קונקרטית מהטקסט ומסבירה את תפקידה בקישור בין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2-3 שיעורים: שיעור ראשון לפרקים 1-2, שני לפרק 3, שלישי לפרקים 4-5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להיעזר בטקסטים של מסלול עולים חדשים כהכנה לפני הטקסט העיוני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בכיתה הציגו את המסורות בלשון 'לפי המסורת' ו'בני הקהילה מספרים', והימנעו מהכללות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בכתיבת פסקת הטיעון אפשר לתת לבחור בין נושא אישי לנושא כללי, כדי לאפשר רמות שונות של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על החוברת לפי סדר הפרקים, החל מהיכרות עם מקור החג וכלה בכתיבת פסקת הטיעון. קראו כל טקסט פעמיים – פעם ראשונה להבנה כללית ופעם שנייה לאיתור פרטים – ורק אז ענו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געז  ·  מחויבות  ·  רצף  ·  דוגמה  ·  קסים  ·  בחירה  ·  מטריות  ·  ירושלים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מקור החג ומשמעות הברית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עברי חל חג הסיגד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השם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קציר ואסיף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מקור החג ומשמעות הברית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קובע שהסיגד מהדהד את מעמד חידוש הברית בימי עזרא ונחמיה.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ברית היא אירוע חד-פעמי שאינו חוזר על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מקור החג ומשמעות הברית – יישום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הטקסט, ברית איננה אירוע חד-פעמי אלא __________ שיש לרענן מדי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החזרה השנתית אל אותו טקס יוצרת __________ בין הדורות השונים בקהילה.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מקור החג ומשמעות הברית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חידוש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נמשכת כל עוד יש מי שמחדש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התחייבות מחודשת לשמור על המצוות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שמייחד את הקהילה לאורך הדורות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מסורת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פעולה שמעצבת את ההווה, לא רק שימור 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מנהגי ההר: קסים, אורית וגעז – הבנה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 ההר שאליו עלו בני הקהילה, לפי המסורת?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התורה של הקהילה, כתוב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עממי אתיופי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מגילת אסתר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מנהגי ההר: קסים, אורית וגעז – זיהוי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המתפללים לבשו בגדים לבנים כסמל לטוהר ולהתחדשות.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מנהגי ההר: קסים, אורית וגעז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בראש העולים להר צעדו ה__________, מנהיגי הקהילה הדתיים.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שפת הקודש העתיקה שבה כתובה האורית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מנהגי ההר: קסים, אורית וגעז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שפת היומיום שאליה תורגמו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שפת הקודש העתיקה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מנהיגי הקהילה הדתיים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התורה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לשון ותחביר: מילות קישור במאמר העיוני – זיהוי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על הקהילה שהייתה מנותקת 'ובכל זאת שמרה על זהות יהודית' - מה מביעה מילת הקישור 'ובכל זאת'?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ניגוד או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'החג חל חמישים יום אחרי יום הכיפורים, ולכן הוא נתפס כהשלמה' - מה מביעה המילה 'ולכן'?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קשר של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'בדומה לכך, בסיגד מתכנסת הקהילה כולה' - מה מביעה 'בדומה לכך'?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השוואה או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מסקנה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לשון ותחביר: מילות קישור במאמר העיוני – התאמת מילת קישור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ובכל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קשר של סיבה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הוספת טיעון המחזק את הקודם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בדומה לכך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ניגוד או ויתור בין שני רעיונות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יתרה מזו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בין שני מצבים דומים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לשון ותחביר: מילות קישור במאמר העיוני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סיגד בישראל היום: המשכיות ושינוי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מתקיימת כיום החגיגה המרכזית של הסיגד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בטיילת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מחליף כיום את ההר הגבוה שעלו אליו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טיילת בירושלים מול הנוף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גבעה בצפון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איצטדיון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הקסים בחגיגה בירושלים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לובשים לבן ומחזיקים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לובשים שחור ומחזיקים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יושבים בצד ולא משתתפים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סיגד בישראל היום: המשכיות ושינוי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היום רוב בני קהילת ביתא ישראל גרים באתיופיה ומגיעים לביקור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בחגיגה בירושלים הקסים מחזיקים 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סיגד בישראל היום: המשכיות ושינוי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הקֵּסים מחזיקים __________ צבעוניות כשהם מובילים את התפילה בטיילת.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החלום הישן של הקהילה להגיע ל__________ התגשם לרבים כיום.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סיגד בישראל היום: המשכיות ושינוי – אז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 גבוה באתיופיה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קהל רב מכל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בגדים לבנים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הגעה בפועל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געגועים לירושלים מרחוק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בגדים לבנים ומטריות צבעוניות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קהילה קטנה בכפר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טיילת בירושלים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כתיבת פסקת טיעון – הכרה עם רעיון הטקסט ומבנה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הקטע 'ברית שמתחדשת: זהות וזיכרון', מהו הרעיון המרכזי שהטקסט 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זהות נבנית מתוך בחירה חוזרת ומסורת חיה כשמחדשים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לשכוח את העבר כדי להתקדם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ברית נחתמת פעם אחת ולתמיד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'טענה'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שמביע עמדה או דעה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כתיבת פסקת טיעון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ברית היא אירוע חד-פעמי שאין צורך לחדש אותו מדי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החזרה השנתית על טקס הסיגד, לפי הטקסט, יוצרת רצף בין הדורות.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כתיבת פסקת טיעון – השלמת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פסקת טיעון בנויה בדרך כלל מארבעה חלקים: טענה, נימוק, __________ ומסקנה.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הטקסט, זהות קהילת ביתא ישראל נבנית מתוך __________ חוזרת ולא מאירוע חד-פעמי.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כתיבת פסקת טיעון – זיהוי 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מקרה קונקרטי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סיכום שחוזר אל הטענה ומחזק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עמדה או רעיון שרוצים לשכנע בו את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הסבר המבסס מדוע הטענה 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צום וסליחה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לפי המסורת מסמל ההר שאליו עלו בני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 תבור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במילים שלי מהי משמעות 'חידוש הברית' בסיגד?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מזהה את תפקידם של הקסים ואת משמעות השימוש בגעז ובאמהרית?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