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ואת הסיפור וההיסטוריה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חידוש הברית ואת הקשר בין עבר להווה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הנקרא, אוצר מילים ולשון דרך טקסטים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קצרה וברורה בנושא 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הסיגד: שם, תאריך ומקור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הסיגד: שם, תאריך ומקור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(השורש שמשמעותו השתחוות וסגידה)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(התאריך העברי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(פרק הזמן בין יום הכיפורים לסיגד)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(שמה של קהילת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(הארץ שבה חיה הקהילה לאורך דורות)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הסיגד: שם, תאריך ומקור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השם מבטא השתחוות וענווה לפני האל, וזה מתאים לאופי התפילה והצום בחג.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הזמן מאפשר להשלים את תהליך התשובה שהחל בימים הנוראים ולחדש את ההתחייבות למצוות.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למרות הניתוק הקהילה המשיכה לשמור מצוות וזיכרון, מה שמראה שזהות יכולה להישמר גם בבידוד דרך מסורת חיה.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חידוש הברית: מעזרא ונחמיה ועד היום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חמישים יום אחריו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שמעו קריאת תורה והתחייבו מחדש למצוות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חידוש הברית: מעזרא ונחמיה ועד היום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שהחג מהדהד את המעמד המתואר בימי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בימי עזרא ונחמיה, גם בסיגד מתכנסת הקהילה כולה ומקשיבה לתורה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חידוש הברית: מעזרא ונחמיה ועד היום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חידוש הברית: מעזרא ונחמיה ועד היום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(מעמד שבו העם חידש ברית בירושלים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(הנהיגו את התפילה וקראו מהתורה)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(השפה העתיקה שבה כתובה האורית)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הטקס על ההר באתיופיה: קסים, אורית וגעז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הר סיני, מקום מתן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הקסים, מנהיגי הקהילה הדתיים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 התורה של הקהילה, כתוב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הטקס על ההר באתיופיה: קסים, אורית וגעז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בני הקהילה לבשו בגדים לבנים ונקיים כסימן לטהרה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נכתבה בגעז, שפה עתיקה; הקסים תרגמו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נשיאת האבן סימלה ענווה וחרטה, לא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הטקס על ההר באתיופיה: קסים, אורית וגעז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הטקס על ההר באתיופיה: קסים, אורית וגעז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עתיקה של כתבי הקודש)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(שפת היומיום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(סימל לענווה ולחרטה)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סיגד היום בירושלים: זיכרון, זהות והמשכיות – מה אנחנו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רוב בני הקהילה חיים בישראל, והחלום הישן להגיע לירושלים התגשם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הקהילה מתכנסת על טיילת גבוהה בירושלים, כעין המשך לעלייה על ההר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הטקס בירושלים, כהמשך למסורת הלבוש הלבן מאתיופיה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אחרי התפילה יש שירה, ריקודים וארוחה חגיגית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מועד החג לא השתנה, גם כשחוגגים אותו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סיגד היום בירושלים: זיכרון, זהות והמשכיות – מחברים בין אז והיום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שרים, רוקדים ואוכלים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שניהם מקום גבוה שבו הקהילה מתכנסת סביב זיכרון וזהות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צריך לחזור ולהתחייב אליה מחדש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זה יוצר רצף והמשכיות בין הדורות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זהות וזיכרון נבנים מבחירה לחגוג מחדש כל 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סיגד היום בירושלים: זיכרון, זהות והמשכיות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המקומות משמשים נקודת התכנסות גבוהה שבה הקהילה מתפללת ונזכרת בזהותה; הערכים והטקס נשמרים גם כשהמקום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סבירה שמתארת מנהג החוזר כל שנה ומחזק זהות משותפת או קשר קהילתי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בכל שנה הקהילה בוחרת מחדש להתכנס ולחדש את הברית, ובכך היא שומרת על זהותה באופן פעיל ולא רק כזיכרון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החג מבטא ערכים אוניברסליים כמו זיכרון, תקווה והמשכיות בין דורות, ולכן הוא רלוונטי ומשמעותי לכלל החברה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דקדוק, לשון וכתיבת פסקת טיעון – הכרת מילים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ס.ג.ד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דקדוק, לשון וכתיבת פסקת טיעון – שורשים, זמנים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שברית היא מחויבות שיש לרענן, ולא אירוע חד־פעמי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חידוש, מחדשים וחדש כולם מהשורש חד״ש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דקדוק, לשון וכתיבת פסקת טיעון – התאמת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(סגידה, 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(חידוש)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(מתכנסת)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דקדוק, לשון וכתיבת פסקת טיעון – השלמת 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כי רוב המתפללים לא הבינו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געגוע ותקווה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שילוב בין חשבון נפש לשמחה קהילתית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אחרי שיבת ציון התאסף העם, שמע את התורה והתחייב מחדש לשמור את המצוות; בסיגד הקהילה חוזרת ועושה פעולה דומה מדי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הכוללת עמדה ברורה, לפחות שני נימוקים, ודוגמה (אפשר מהסיגד או מחיי היומיום).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עבר: מעמד קבלת התורה והעלייה בהר; הווה: הקהילה ממשיכה את המסורת בירושלים; תקווה: הכמיהה לירושלים שהתגשמה.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השתחוות/סגידה וכ״ט בחשון,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ההר כסמל להר סיני, בגדים לבנים, הקסים והאורית בגעז המתורגמת לאמהרית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שברית היא מחויבות מתחדשת, ומקשרת למעמד בירושלים בימי עזרא ונחמיה שבו העם קיבל מחדש את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לפרוש את החוברת על פני 3-4 שיעורים: פרק אחד או שניים בכל שיעור, עם זמן לקריאה, תרגול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הטקסטים והמשפטים לפי קבוצת התלמידים (למשל קיצור משפטים לתלמידים עולים)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הקראה בקול ושימוש בתמיכה חזותית (תמונות, אמוג׳י) להבנת מילים חדשות כמו קסים, אורית וגעז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הכתיבה אפשר לתת בחירה בין כתיבה אישית לכתיבה כללית על ערכי החג, כדי לכבד רגישויות 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טקסטים קצרים על חג הסיגד ותרגילים. עברו על הפרקים אחד אחד וענו על השאלות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השתחוות וסגידה, שם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או מחויבות בין העם לאלוהים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אמהרית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היומיום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כ״ט בחשון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של חג הסיגד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הברית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התחייבות מחדש לשמור על התורה והמצוות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חג הסיגד: שם, תאריך ומקור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וזמרה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 וסיפור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קציר ואסיף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יש בין יום הכיפורים לסיגד?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שם הקהילה שחוגגת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ביתא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יששכר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עדת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חיה הקהילה לפני שהגיעה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מרוקו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חג הסיגד: שם, תאריך ומקור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הארץ שבה חיה הקהילה לאורך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כ״ט בחשון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השורש שמשמעותו השתחוות וסגידה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חמישים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התאריך העברי של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פרק הזמן בין יום הכיפורים לסיגד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אתיופיה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שמה של קהילת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חג הסיגד: שם, תאריך ומקור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השם 'סיגד' מתאים לאופי החג.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נבחר התאריך חמישים יום אחרי יום הכיפורים לחגיגת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העובדה שקהילת ביתא ישראל שמרה על זהות יהודית באתיופיה במשך מאות שנים, מרוחקת משאר העם, ממחישה את כוחה של מסורת?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חידוש הברית: מעזרא ונחמיה ועד היום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נדודים ממקום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חגיגת 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 ימים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בירושלים בימי עזרא ונחמיה?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 מקדש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שמעו קריאת תורה והתחייבו מחדש למצוות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יצאו למלחמה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חגגו את הקציר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חידוש הברית: מעזרא ונחמיה ועד היום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המסורת, חידוש הברית בסיגד מהדהד את המעמד בימי עזרא ונחמיה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בסיגד הקהילה מתכנסת ושומעת את התורה, בדומה למעמד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חידוש הברית: מעזרא ונחמיה ועד היום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השיבה מגלות בבל התאסף העם ב__________ ושמע את קריאת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בסיגד הקהילה כולה מתכנסת, __________ לתורה ומתחייבת מחדש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חידוש הברית: מעזרא ונחמיה ועד היום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עזרא ונחמיה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השפה העתיקה שבה כתובה האורית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הנהיגו את התפילה וקראו מהתורה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מעמד שבו העם חידש ברית בירושלים בעבר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הטקס על ההר באתיופיה: קסים, אורית וגעז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עלו דווקא על הר 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הר סיני, מקום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הר הבית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שאין לו משמעות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ניהל את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מורים מהכפר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הקסים, מנהיגי הקהילה הדתיים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התורה של הקהילה, כתוב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לבן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ההר שעלו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הטקס על ההר באתיופיה: קסים, אורית וגעז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הבגדים הלבנים בטקס היו סימל לטוהר ולהתחדשות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נכתבה בשפת האמהרית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שנשאו אבן על ראשם עשו זאת כסימן לשמחה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הטקס על ההר באתיופיה: קסים, אורית וגעז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הקסים תרגמו את דברי האורית לשפת ה__________ כדי שכל המתפללים יבינו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ההר שעליו עלתה הקהילה סימל, לפי המסורת, את 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האורית כתובה בשפה עתיקה הנקראת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הטקס על ההר באתיופיה: קסים, אורית וגעז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שפת היומיום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עתיקה של כתבי הקודש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סימל לענווה ולחרטה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אבן על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מנהיגי הקהילה הדתיים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סיגד היום בירושלים: זיכרון, זהות והמשכיות – מה אנחנו יודעים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רוב בני קהילת ביתא ישראל חיים באתיופיה ולא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בירושלים מתכנסים אנשים על טיילת גבוהה מול נוף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בירושלים לובשים בגדים לבנים ומחזיקים מטריות צבעוניות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התפילה בירושלים הקהילה חוזרת הביתה בשקט בלי שירה או ריקוד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היום חג הסיגד חל חמישים יום אחרי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סיגד היום בירושלים: זיכרון, זהות והמשכיות – מחברים בין אז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אחרי התפילה בירושלים?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שרים, רוקדים ואוכלים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הולכים לישון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מתחילים צום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אחד חוזר הביתה בלי להיפגש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בין ההר פעם לטיילת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מקום גבוה שבו הקהילה מתכנסת סביב זיכרון וזהות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קשר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הקסים משתתפים בשני המקומות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הטיילת מחליפה את הצום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לחדש את הברית 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צריך לחזור ולהתחייב אליה מחדש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תקפה רק פעם אחת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רק הקסים צריכים לזכור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לשכוח אותה אחרי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שכל הדורות נמצאים יחד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יוצר רצף והמשכיות בין הדורות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מיועד רק למבוגרים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לכך שום משמעות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מחליף את הצורך בתפילה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ממשיכים לחגוג גם אחרי שהגיעו לירושלים?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זהות וזיכרון נבנים מבחירה לחגוג מחדש כל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חוק שאסור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לקהילה חג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זהו אירוע לתיירים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סיגד היום בירושלים: זיכרון, זהות והמשכיות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המעבר מהר באתיופיה לטיילת בירושלים נחשב המשכיות ולא ניתוק מהמסורת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מהחיים שלכם או מהחברה הישראלית למסורת שנשמרת בזכות חזרה שנתית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הרעיון 'זהות נבנית מתוך בחירה חוזרת' והדגימו אותו מתוך חגיגת הסיגד בירושלים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שבה תסבירו מדוע סיגד נחשב היום לחג של כלל החברה הישראלית ולא רק של קהילת ביתא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דקדוק, לשון וכתיבת פסקת טיעון – הכרת מילים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ס.ג.ד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ס.י.ג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ד.ג.ס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השורש סג״ד?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למקום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מתחייבת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דקדוק, לשון וכתיבת פסקת טיעון – שורשים, זמנים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'ברית' בטקסט מתארת אירוע חד־פעמי שאינו חוזר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'חידוש' נגזרת מהשורש חד״ש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דקדוק, לשון וכתיבת פסקת טיעון – התאמת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ס.ג.ד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ח.ד.ש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ז.כ.ר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חידוש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ק.ה.ל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זיכרון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כ.נ.ס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סגידה, השתחוות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דקדוק, לשון וכתיבת פסקת טיעון – השלמת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בסיגד הקהילה כולה __________ ומקשיבה לתורה (פועל בזמן הווה, שורש כ.נ.ס)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בשנה הבאה הקהילה __________ שוב על ההר, כמו בכל שנה (פועל בזמן עתיד, שורש ע.ל.ה)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 ימים אחרי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המסורת, חידוש הברית בסיגד מזכיר סיפור מימי: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ושלמה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 ואהרן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עזרא ונחמיה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אברהם ושרה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הר חשוב מזכיר ההר שעלו עליו?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גריזים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ספר התורה של הקהילה, הכתוב בשפת געז,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הקסים הסבירו את הדברים בשפה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געז הייתה שפה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רוב המתפללים לא הבינו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אמהרית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נהוג בכל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מבטא המשפט "בשנה הבאה בירושלים" שאמרו בסוף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בקשה לגשם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געגוע ותקווה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ברכת מזל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קריאה לצום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למה יש גם צום וגם שמחה באותו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שהחג חסר 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מקרי בתוכנית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שילוב בין חשבון נפש לשמחה קהילתית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טעות במסורת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הקשר בין סיפור עזרא ונחמיה לבין 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פסקת טיעון קצרה: האם לדעתכם חשוב שחברה תחדש מדי שנה את המחויבות שלה לערכים מסוימים?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כיצד חג הסיגד מחבר בין עבר, הווה ותקווה לעתיד, והשתמשו בדוגמה אחת מהטקס על ההר ודוגמה אחת מהחגיגה בירושלים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'סיגד' ומתי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בטקס על ההר באתיופיה, ואילו סמלים היו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'חידוש ברית' ומה הקשר שלו למעמד עזרא ונחמיה?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